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BD595" w14:textId="36A64E0E" w:rsidR="00B04BF2" w:rsidRPr="00CB20A9" w:rsidRDefault="00000000" w:rsidP="00CB20A9">
      <w:pPr>
        <w:pStyle w:val="Balk1"/>
        <w:jc w:val="center"/>
        <w:rPr>
          <w:rFonts w:ascii="Times New Roman" w:hAnsi="Times New Roman" w:cs="Times New Roman"/>
          <w:color w:val="000000" w:themeColor="text1"/>
        </w:rPr>
      </w:pPr>
      <w:r w:rsidRPr="00B04BF2">
        <w:rPr>
          <w:rFonts w:ascii="Times New Roman" w:hAnsi="Times New Roman" w:cs="Times New Roman"/>
          <w:color w:val="000000" w:themeColor="text1"/>
        </w:rPr>
        <w:t>MUNZUR ÜNİVERSİTESİ</w:t>
      </w:r>
      <w:r w:rsidRPr="00B04BF2">
        <w:rPr>
          <w:rFonts w:ascii="Times New Roman" w:hAnsi="Times New Roman" w:cs="Times New Roman"/>
          <w:color w:val="000000" w:themeColor="text1"/>
        </w:rPr>
        <w:br/>
        <w:t>EDEBİYAT FAKÜLTESİ</w:t>
      </w:r>
      <w:r w:rsidRPr="00B04BF2">
        <w:rPr>
          <w:rFonts w:ascii="Times New Roman" w:hAnsi="Times New Roman" w:cs="Times New Roman"/>
          <w:color w:val="000000" w:themeColor="text1"/>
        </w:rPr>
        <w:br/>
        <w:t>TÜRK DİLİ VE EDEBİYATI BÖLÜMÜ</w:t>
      </w:r>
      <w:r w:rsidRPr="00B04BF2">
        <w:rPr>
          <w:rFonts w:ascii="Times New Roman" w:hAnsi="Times New Roman" w:cs="Times New Roman"/>
          <w:color w:val="000000" w:themeColor="text1"/>
        </w:rPr>
        <w:br/>
      </w:r>
      <w:r w:rsidR="006D4C47">
        <w:rPr>
          <w:rFonts w:ascii="Times New Roman" w:hAnsi="Times New Roman" w:cs="Times New Roman"/>
          <w:color w:val="000000" w:themeColor="text1"/>
        </w:rPr>
        <w:t xml:space="preserve">2025-2026 BAHAR DÖNEMİ </w:t>
      </w:r>
      <w:r w:rsidRPr="00B04BF2">
        <w:rPr>
          <w:rFonts w:ascii="Times New Roman" w:hAnsi="Times New Roman" w:cs="Times New Roman"/>
          <w:color w:val="000000" w:themeColor="text1"/>
        </w:rPr>
        <w:t>MEZUNİYET SINAV PROGRAMI</w:t>
      </w: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1426"/>
        <w:gridCol w:w="1170"/>
        <w:gridCol w:w="1655"/>
        <w:gridCol w:w="2031"/>
        <w:gridCol w:w="1842"/>
      </w:tblGrid>
      <w:tr w:rsidR="00FD2EF9" w:rsidRPr="003C0782" w14:paraId="0C79649B" w14:textId="77777777" w:rsidTr="00475A6D">
        <w:tc>
          <w:tcPr>
            <w:tcW w:w="2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63E3" w14:textId="50B02EB3" w:rsidR="00FD2EF9" w:rsidRPr="003C0782" w:rsidRDefault="00B04BF2">
            <w:pPr>
              <w:rPr>
                <w:rFonts w:ascii="Times New Roman" w:hAnsi="Times New Roman" w:cs="Times New Roman"/>
              </w:rPr>
            </w:pPr>
            <w:r w:rsidRPr="001B3A7A">
              <w:rPr>
                <w:rFonts w:ascii="Times New Roman" w:hAnsi="Times New Roman" w:cs="Times New Roman"/>
                <w:b/>
                <w:bCs/>
              </w:rPr>
              <w:t>Dersin Kodu-Adı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D9CD" w14:textId="0B5C3E02" w:rsidR="00FD2EF9" w:rsidRPr="003C0782" w:rsidRDefault="00B04BF2">
            <w:pPr>
              <w:rPr>
                <w:rFonts w:ascii="Times New Roman" w:hAnsi="Times New Roman" w:cs="Times New Roman"/>
              </w:rPr>
            </w:pPr>
            <w:r w:rsidRPr="001B3A7A">
              <w:rPr>
                <w:rFonts w:ascii="Times New Roman" w:hAnsi="Times New Roman" w:cs="Times New Roman"/>
                <w:b/>
                <w:bCs/>
              </w:rPr>
              <w:t>Sınav Tarihi ve Saati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5B40" w14:textId="6A96A3FF" w:rsidR="00FD2EF9" w:rsidRPr="003C0782" w:rsidRDefault="00B04BF2" w:rsidP="00B04BF2">
            <w:pPr>
              <w:rPr>
                <w:rFonts w:ascii="Times New Roman" w:hAnsi="Times New Roman" w:cs="Times New Roman"/>
              </w:rPr>
            </w:pPr>
            <w:r w:rsidRPr="001B3A7A">
              <w:rPr>
                <w:rFonts w:ascii="Times New Roman" w:hAnsi="Times New Roman" w:cs="Times New Roman"/>
                <w:b/>
                <w:bCs/>
              </w:rPr>
              <w:t>Derslik No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6E8F" w14:textId="746A5AB7" w:rsidR="00FD2EF9" w:rsidRPr="003C0782" w:rsidRDefault="00B04BF2">
            <w:pPr>
              <w:rPr>
                <w:rFonts w:ascii="Times New Roman" w:hAnsi="Times New Roman" w:cs="Times New Roman"/>
              </w:rPr>
            </w:pPr>
            <w:r w:rsidRPr="001B3A7A">
              <w:rPr>
                <w:rFonts w:ascii="Times New Roman" w:hAnsi="Times New Roman" w:cs="Times New Roman"/>
                <w:b/>
                <w:bCs/>
              </w:rPr>
              <w:t xml:space="preserve">Dersi </w:t>
            </w: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Pr="001B3A7A">
              <w:rPr>
                <w:rFonts w:ascii="Times New Roman" w:hAnsi="Times New Roman" w:cs="Times New Roman"/>
                <w:b/>
                <w:bCs/>
              </w:rPr>
              <w:t xml:space="preserve">eren </w:t>
            </w:r>
            <w:r>
              <w:rPr>
                <w:rFonts w:ascii="Times New Roman" w:hAnsi="Times New Roman" w:cs="Times New Roman"/>
                <w:b/>
                <w:bCs/>
              </w:rPr>
              <w:t>Ö</w:t>
            </w:r>
            <w:r w:rsidRPr="001B3A7A">
              <w:rPr>
                <w:rFonts w:ascii="Times New Roman" w:hAnsi="Times New Roman" w:cs="Times New Roman"/>
                <w:b/>
                <w:bCs/>
              </w:rPr>
              <w:t xml:space="preserve">ğretim </w:t>
            </w:r>
            <w:r>
              <w:rPr>
                <w:rFonts w:ascii="Times New Roman" w:hAnsi="Times New Roman" w:cs="Times New Roman"/>
                <w:b/>
                <w:bCs/>
              </w:rPr>
              <w:t>E</w:t>
            </w:r>
            <w:r w:rsidRPr="001B3A7A">
              <w:rPr>
                <w:rFonts w:ascii="Times New Roman" w:hAnsi="Times New Roman" w:cs="Times New Roman"/>
                <w:b/>
                <w:bCs/>
              </w:rPr>
              <w:t>lemanı</w:t>
            </w:r>
            <w:r w:rsidR="009C261A">
              <w:rPr>
                <w:rFonts w:ascii="Times New Roman" w:hAnsi="Times New Roman" w:cs="Times New Roman"/>
                <w:b/>
                <w:bCs/>
              </w:rPr>
              <w:t xml:space="preserve"> ve Gözetmen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224B" w14:textId="26D7DA82" w:rsidR="00FD2EF9" w:rsidRPr="003C0782" w:rsidRDefault="00B04BF2">
            <w:pPr>
              <w:rPr>
                <w:rFonts w:ascii="Times New Roman" w:hAnsi="Times New Roman" w:cs="Times New Roman"/>
              </w:rPr>
            </w:pPr>
            <w:r w:rsidRPr="001B3A7A">
              <w:rPr>
                <w:rFonts w:ascii="Times New Roman" w:hAnsi="Times New Roman" w:cs="Times New Roman"/>
                <w:b/>
                <w:bCs/>
              </w:rPr>
              <w:t xml:space="preserve">Sınava </w:t>
            </w:r>
            <w:r>
              <w:rPr>
                <w:rFonts w:ascii="Times New Roman" w:hAnsi="Times New Roman" w:cs="Times New Roman"/>
                <w:b/>
                <w:bCs/>
              </w:rPr>
              <w:t>G</w:t>
            </w:r>
            <w:r w:rsidRPr="001B3A7A">
              <w:rPr>
                <w:rFonts w:ascii="Times New Roman" w:hAnsi="Times New Roman" w:cs="Times New Roman"/>
                <w:b/>
                <w:bCs/>
              </w:rPr>
              <w:t xml:space="preserve">irecek </w:t>
            </w:r>
            <w:r>
              <w:rPr>
                <w:rFonts w:ascii="Times New Roman" w:hAnsi="Times New Roman" w:cs="Times New Roman"/>
                <w:b/>
                <w:bCs/>
              </w:rPr>
              <w:t>Ö</w:t>
            </w:r>
            <w:r w:rsidRPr="001B3A7A">
              <w:rPr>
                <w:rFonts w:ascii="Times New Roman" w:hAnsi="Times New Roman" w:cs="Times New Roman"/>
                <w:b/>
                <w:bCs/>
              </w:rPr>
              <w:t>ğrenciler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A4F84" w14:textId="5C4156AE" w:rsidR="00FD2EF9" w:rsidRPr="003C0782" w:rsidRDefault="00B04BF2">
            <w:pPr>
              <w:rPr>
                <w:rFonts w:ascii="Times New Roman" w:hAnsi="Times New Roman" w:cs="Times New Roman"/>
              </w:rPr>
            </w:pPr>
            <w:r w:rsidRPr="001B3A7A">
              <w:rPr>
                <w:rFonts w:ascii="Times New Roman" w:hAnsi="Times New Roman" w:cs="Times New Roman"/>
                <w:b/>
                <w:bCs/>
              </w:rPr>
              <w:t>Öğrenci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</w:t>
            </w:r>
            <w:r w:rsidRPr="001B3A7A">
              <w:rPr>
                <w:rFonts w:ascii="Times New Roman" w:hAnsi="Times New Roman" w:cs="Times New Roman"/>
                <w:b/>
                <w:bCs/>
              </w:rPr>
              <w:t>umarası</w:t>
            </w:r>
          </w:p>
        </w:tc>
      </w:tr>
      <w:tr w:rsidR="00FD2EF9" w:rsidRPr="003C0782" w14:paraId="7407219D" w14:textId="77777777" w:rsidTr="00475A6D">
        <w:tc>
          <w:tcPr>
            <w:tcW w:w="236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8154622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TDE407 Çağatay Dili ve Edebiyatı 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304631" w14:textId="327AF994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24.06.2026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br/>
              <w:t>1</w:t>
            </w:r>
            <w:r w:rsidR="008A6D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8A6DC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019658" w14:textId="087F9B24" w:rsidR="00FD2EF9" w:rsidRPr="00CB20A9" w:rsidRDefault="003C07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TDE301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94BF8D" w14:textId="77777777" w:rsidR="00FD2EF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Dr. Öğr. Üyesi Sevim ERDEM YILDIZ</w:t>
            </w:r>
          </w:p>
          <w:p w14:paraId="1DF1B84A" w14:textId="289234DF" w:rsidR="009C261A" w:rsidRPr="00CB20A9" w:rsidRDefault="009C2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Arş. Gör. Kudret Ercan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37AE58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Enes GÜLTEKİN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286067" w14:textId="77777777" w:rsidR="00FD2EF9" w:rsidRPr="00CB20A9" w:rsidRDefault="00000000" w:rsidP="00B04BF2">
            <w:pPr>
              <w:ind w:left="203" w:hanging="203"/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22711007</w:t>
            </w:r>
          </w:p>
        </w:tc>
      </w:tr>
      <w:tr w:rsidR="00FD2EF9" w:rsidRPr="003C0782" w14:paraId="4D49718E" w14:textId="77777777" w:rsidTr="00475A6D">
        <w:tc>
          <w:tcPr>
            <w:tcW w:w="2366" w:type="dxa"/>
            <w:tcBorders>
              <w:top w:val="nil"/>
              <w:bottom w:val="nil"/>
              <w:right w:val="single" w:sz="4" w:space="0" w:color="auto"/>
            </w:tcBorders>
          </w:tcPr>
          <w:p w14:paraId="50A167D7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197AD8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AA534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F0BBF2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66F6B8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Elifsu GÖKYILDIZ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</w:tcBorders>
          </w:tcPr>
          <w:p w14:paraId="4F13FFCE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227110032</w:t>
            </w:r>
          </w:p>
        </w:tc>
      </w:tr>
      <w:tr w:rsidR="00FD2EF9" w:rsidRPr="003C0782" w14:paraId="7DA05324" w14:textId="77777777" w:rsidTr="00475A6D">
        <w:tc>
          <w:tcPr>
            <w:tcW w:w="2366" w:type="dxa"/>
            <w:tcBorders>
              <w:top w:val="nil"/>
              <w:bottom w:val="nil"/>
              <w:right w:val="single" w:sz="4" w:space="0" w:color="auto"/>
            </w:tcBorders>
          </w:tcPr>
          <w:p w14:paraId="159627C2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8008C8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DDA931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069AF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D330D9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Esmanur DURAK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</w:tcBorders>
          </w:tcPr>
          <w:p w14:paraId="3305B93E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227110061</w:t>
            </w:r>
          </w:p>
        </w:tc>
      </w:tr>
      <w:tr w:rsidR="00FD2EF9" w:rsidRPr="003C0782" w14:paraId="2CEEDF9F" w14:textId="77777777" w:rsidTr="00475A6D">
        <w:tc>
          <w:tcPr>
            <w:tcW w:w="23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AA28132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0B0C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8176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44E4" w14:textId="77777777" w:rsidR="00FD2EF9" w:rsidRPr="00CB20A9" w:rsidRDefault="00FD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9B12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Fatma BEYAZ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14EF3E1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227110023</w:t>
            </w:r>
          </w:p>
        </w:tc>
      </w:tr>
      <w:tr w:rsidR="00FD2EF9" w:rsidRPr="003C0782" w14:paraId="40FE269D" w14:textId="77777777" w:rsidTr="00475A6D">
        <w:tc>
          <w:tcPr>
            <w:tcW w:w="2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AB47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TDE402 Eski Anadolu Türkçesi II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BECC" w14:textId="6F389AD0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24.06.2026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br/>
              <w:t>1</w:t>
            </w:r>
            <w:r w:rsidR="003F55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3F55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898C" w14:textId="3D3896AB" w:rsidR="00FD2EF9" w:rsidRPr="00CB20A9" w:rsidRDefault="003C07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TDE301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13AA" w14:textId="77777777" w:rsidR="00FD2EF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Dr. Öğr. Üyesi Sevim ERDEM YILDIZ</w:t>
            </w:r>
          </w:p>
          <w:p w14:paraId="1405C05D" w14:textId="05EA3475" w:rsidR="009C261A" w:rsidRPr="00CB20A9" w:rsidRDefault="009C26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Arş. Gör. Kudret Ercan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770B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Enes GÜLTEKİN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0B0DF" w14:textId="77777777" w:rsidR="00FD2EF9" w:rsidRPr="00CB20A9" w:rsidRDefault="0000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22711007</w:t>
            </w:r>
          </w:p>
        </w:tc>
      </w:tr>
      <w:tr w:rsidR="00BB7BF7" w:rsidRPr="003C0782" w14:paraId="7E803F44" w14:textId="77777777" w:rsidTr="00475A6D">
        <w:tc>
          <w:tcPr>
            <w:tcW w:w="23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5E0B" w14:textId="0C59F181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TDE408 Çağatay Dili ve Edebiyatı II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8A7C" w14:textId="7192AAAE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24.06.2026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br/>
              <w:t>14.00-15.00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A39F" w14:textId="22AADB70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TDE301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85B" w14:textId="77777777" w:rsidR="009C261A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Dr. Öğr. Üyesi Sevim ERDEM YILDIZ</w:t>
            </w:r>
            <w:r w:rsidR="009C26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7A9C5CE" w14:textId="5B3137F6" w:rsidR="00BB7BF7" w:rsidRPr="00CB20A9" w:rsidRDefault="009C261A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Arş. Gör. Kudret Ercan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4EC6" w14:textId="18F73A0D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Elifsu GÖKYILDIZ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8BAB9" w14:textId="5F7AB234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227110032</w:t>
            </w:r>
          </w:p>
        </w:tc>
      </w:tr>
      <w:tr w:rsidR="00BB7BF7" w:rsidRPr="003C0782" w14:paraId="49184945" w14:textId="77777777" w:rsidTr="00475A6D">
        <w:tc>
          <w:tcPr>
            <w:tcW w:w="236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11C3970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TDE421 Modernizm ve Edebiyat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D466CF" w14:textId="3B54A47D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24.06.2026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br/>
              <w:t>1</w:t>
            </w:r>
            <w:r w:rsidR="005512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5512A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790D69" w14:textId="6E959DD3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TDE301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268487" w14:textId="77777777" w:rsidR="00BB7BF7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Doç. Dr. Hasan CUŞA</w:t>
            </w:r>
          </w:p>
          <w:p w14:paraId="04043271" w14:textId="60B6CF43" w:rsidR="009C261A" w:rsidRPr="00CB20A9" w:rsidRDefault="009C261A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Arş. Gör. Kudret Ercan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0FBC7E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Esra CANDAŞ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BF0463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227110014</w:t>
            </w:r>
          </w:p>
        </w:tc>
      </w:tr>
      <w:tr w:rsidR="00BB7BF7" w:rsidRPr="003C0782" w14:paraId="4B956CDB" w14:textId="77777777" w:rsidTr="00475A6D">
        <w:tc>
          <w:tcPr>
            <w:tcW w:w="23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FA6D8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733A" w14:textId="77777777" w:rsidR="00BB7BF7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090F3" w14:textId="77777777" w:rsidR="005512A1" w:rsidRPr="00CB20A9" w:rsidRDefault="005512A1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8402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061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34A2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Berivan ÖZDEMİR</w:t>
            </w:r>
          </w:p>
          <w:p w14:paraId="4EBF0FEF" w14:textId="33A3C3F1" w:rsidR="00A066CD" w:rsidRPr="00CB20A9" w:rsidRDefault="00A066CD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Musa AŞKIN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E011C2F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227110050</w:t>
            </w:r>
          </w:p>
          <w:p w14:paraId="12D33498" w14:textId="2E7399DC" w:rsidR="00A066CD" w:rsidRPr="00CB20A9" w:rsidRDefault="00A066CD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217110048</w:t>
            </w:r>
          </w:p>
        </w:tc>
      </w:tr>
      <w:tr w:rsidR="00A066CD" w:rsidRPr="003C0782" w14:paraId="0C9B95DF" w14:textId="77777777" w:rsidTr="00475A6D">
        <w:tc>
          <w:tcPr>
            <w:tcW w:w="23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55DD8B3" w14:textId="2D031F78" w:rsidR="00A066CD" w:rsidRPr="00CB20A9" w:rsidRDefault="00A066CD" w:rsidP="00A066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TDE209 Eski Türk Edebiyatı I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22FF" w14:textId="31638AC4" w:rsidR="00330439" w:rsidRPr="00CB20A9" w:rsidRDefault="00F25998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24.06.2026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br/>
              <w:t>1</w:t>
            </w:r>
            <w:r w:rsidR="003F55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 w:rsidR="003F55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4D8E" w14:textId="070A0E2B" w:rsidR="00A066CD" w:rsidRPr="00CB20A9" w:rsidRDefault="00A066CD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TDE301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2E4D" w14:textId="77777777" w:rsidR="00A066CD" w:rsidRDefault="00A066CD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Doç. Dr. Abdulsamet DEMİRBAĞ</w:t>
            </w:r>
          </w:p>
          <w:p w14:paraId="10F20DEA" w14:textId="22EA3C48" w:rsidR="00735FAB" w:rsidRPr="00CB20A9" w:rsidRDefault="00735FAB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Arş. Gör. Kudret Ercan</w:t>
            </w: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8EDE" w14:textId="05F1385B" w:rsidR="00A066CD" w:rsidRPr="00CB20A9" w:rsidRDefault="00A066CD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Musa AŞKIN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9D1B1B7" w14:textId="1F753E28" w:rsidR="00A066CD" w:rsidRPr="00CB20A9" w:rsidRDefault="00A066CD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217110048</w:t>
            </w:r>
          </w:p>
        </w:tc>
      </w:tr>
      <w:tr w:rsidR="00BB7BF7" w:rsidRPr="003C0782" w14:paraId="6E48DAAD" w14:textId="77777777" w:rsidTr="00475A6D">
        <w:tc>
          <w:tcPr>
            <w:tcW w:w="236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E7DEBE5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TDE400 Bitirme Tezi Bahar (Yıllık Ders)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CF7DF7" w14:textId="69350A6E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316E6" w:rsidRPr="00CB20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.06.2026</w:t>
            </w:r>
            <w:r w:rsidRPr="00CB20A9">
              <w:rPr>
                <w:rFonts w:ascii="Times New Roman" w:hAnsi="Times New Roman" w:cs="Times New Roman"/>
                <w:sz w:val="20"/>
                <w:szCs w:val="20"/>
              </w:rPr>
              <w:br/>
              <w:t>11.00-12.00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205B66" w14:textId="01E85463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TDE301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3358C9" w14:textId="77777777" w:rsidR="00BB7BF7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Dr. Öğr. Üyesi Ali KOÇ</w:t>
            </w:r>
          </w:p>
          <w:p w14:paraId="325F3CD6" w14:textId="3CE1F342" w:rsidR="009C261A" w:rsidRPr="00CB20A9" w:rsidRDefault="009C261A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Arş. Gör. Kudret Ercan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AD9CFC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Esra CANDAŞ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6C2EB6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227110014</w:t>
            </w:r>
          </w:p>
        </w:tc>
      </w:tr>
      <w:tr w:rsidR="00BB7BF7" w:rsidRPr="003C0782" w14:paraId="5F52FDEF" w14:textId="77777777" w:rsidTr="00475A6D">
        <w:tc>
          <w:tcPr>
            <w:tcW w:w="2366" w:type="dxa"/>
            <w:tcBorders>
              <w:top w:val="nil"/>
              <w:bottom w:val="nil"/>
              <w:right w:val="single" w:sz="4" w:space="0" w:color="auto"/>
            </w:tcBorders>
          </w:tcPr>
          <w:p w14:paraId="7BFA0186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197A6D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A6E1C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DED8BA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D2605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Fatma BEYAZ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</w:tcBorders>
          </w:tcPr>
          <w:p w14:paraId="57186E79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227110023</w:t>
            </w:r>
          </w:p>
        </w:tc>
      </w:tr>
      <w:tr w:rsidR="00BB7BF7" w:rsidRPr="003C0782" w14:paraId="448DCE93" w14:textId="77777777" w:rsidTr="00CB20A9">
        <w:trPr>
          <w:trHeight w:val="283"/>
        </w:trPr>
        <w:tc>
          <w:tcPr>
            <w:tcW w:w="23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DE49BD5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0456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156E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1406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F5C7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Berivan ÖZDEMİR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182DE0F" w14:textId="77777777" w:rsidR="00BB7BF7" w:rsidRPr="00CB20A9" w:rsidRDefault="00BB7BF7" w:rsidP="00BB7B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0A9">
              <w:rPr>
                <w:rFonts w:ascii="Times New Roman" w:hAnsi="Times New Roman" w:cs="Times New Roman"/>
                <w:sz w:val="20"/>
                <w:szCs w:val="20"/>
              </w:rPr>
              <w:t>227110050</w:t>
            </w:r>
          </w:p>
        </w:tc>
      </w:tr>
    </w:tbl>
    <w:p w14:paraId="65DF3D6A" w14:textId="77777777" w:rsidR="00CB20A9" w:rsidRDefault="00CB20A9" w:rsidP="00CB20A9">
      <w:pPr>
        <w:ind w:left="5040"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2C17569" w14:textId="35570172" w:rsidR="00CB20A9" w:rsidRPr="00CB20A9" w:rsidRDefault="009678E0" w:rsidP="00CB20A9">
      <w:pPr>
        <w:ind w:left="5040"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B20A9">
        <w:rPr>
          <w:rFonts w:ascii="Times New Roman" w:hAnsi="Times New Roman" w:cs="Times New Roman"/>
          <w:b/>
          <w:bCs/>
          <w:sz w:val="20"/>
          <w:szCs w:val="20"/>
        </w:rPr>
        <w:t>Bölüm Başkanı</w:t>
      </w:r>
    </w:p>
    <w:p w14:paraId="4C3FDCAC" w14:textId="774F2814" w:rsidR="009678E0" w:rsidRPr="00CB20A9" w:rsidRDefault="009678E0" w:rsidP="00CB20A9">
      <w:pPr>
        <w:ind w:left="5040"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B20A9">
        <w:rPr>
          <w:rFonts w:ascii="Times New Roman" w:hAnsi="Times New Roman" w:cs="Times New Roman"/>
          <w:b/>
          <w:bCs/>
          <w:sz w:val="20"/>
          <w:szCs w:val="20"/>
        </w:rPr>
        <w:t>Doç. Dr. Hasan CUŞA</w:t>
      </w:r>
    </w:p>
    <w:sectPr w:rsidR="009678E0" w:rsidRPr="00CB20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27BF1" w14:textId="77777777" w:rsidR="008E4230" w:rsidRDefault="008E4230" w:rsidP="00CB20A9">
      <w:pPr>
        <w:spacing w:after="0" w:line="240" w:lineRule="auto"/>
      </w:pPr>
      <w:r>
        <w:separator/>
      </w:r>
    </w:p>
  </w:endnote>
  <w:endnote w:type="continuationSeparator" w:id="0">
    <w:p w14:paraId="7ED72CC2" w14:textId="77777777" w:rsidR="008E4230" w:rsidRDefault="008E4230" w:rsidP="00CB2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14E23" w14:textId="77777777" w:rsidR="008E4230" w:rsidRDefault="008E4230" w:rsidP="00CB20A9">
      <w:pPr>
        <w:spacing w:after="0" w:line="240" w:lineRule="auto"/>
      </w:pPr>
      <w:r>
        <w:separator/>
      </w:r>
    </w:p>
  </w:footnote>
  <w:footnote w:type="continuationSeparator" w:id="0">
    <w:p w14:paraId="6B911395" w14:textId="77777777" w:rsidR="008E4230" w:rsidRDefault="008E4230" w:rsidP="00CB2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0167012">
    <w:abstractNumId w:val="8"/>
  </w:num>
  <w:num w:numId="2" w16cid:durableId="440488609">
    <w:abstractNumId w:val="6"/>
  </w:num>
  <w:num w:numId="3" w16cid:durableId="1447429696">
    <w:abstractNumId w:val="5"/>
  </w:num>
  <w:num w:numId="4" w16cid:durableId="1397322110">
    <w:abstractNumId w:val="4"/>
  </w:num>
  <w:num w:numId="5" w16cid:durableId="29302440">
    <w:abstractNumId w:val="7"/>
  </w:num>
  <w:num w:numId="6" w16cid:durableId="474494657">
    <w:abstractNumId w:val="3"/>
  </w:num>
  <w:num w:numId="7" w16cid:durableId="1981613596">
    <w:abstractNumId w:val="2"/>
  </w:num>
  <w:num w:numId="8" w16cid:durableId="1761944481">
    <w:abstractNumId w:val="1"/>
  </w:num>
  <w:num w:numId="9" w16cid:durableId="183946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16E6"/>
    <w:rsid w:val="0015074B"/>
    <w:rsid w:val="00287B0C"/>
    <w:rsid w:val="0029639D"/>
    <w:rsid w:val="00326F90"/>
    <w:rsid w:val="00330439"/>
    <w:rsid w:val="003C0782"/>
    <w:rsid w:val="003F555B"/>
    <w:rsid w:val="00475A6D"/>
    <w:rsid w:val="005512A1"/>
    <w:rsid w:val="006D49CE"/>
    <w:rsid w:val="006D4C47"/>
    <w:rsid w:val="00735FAB"/>
    <w:rsid w:val="00797971"/>
    <w:rsid w:val="008A6DC7"/>
    <w:rsid w:val="008E1177"/>
    <w:rsid w:val="008E4230"/>
    <w:rsid w:val="008F7C0D"/>
    <w:rsid w:val="009678E0"/>
    <w:rsid w:val="009C261A"/>
    <w:rsid w:val="00A066CD"/>
    <w:rsid w:val="00A61AEC"/>
    <w:rsid w:val="00AA1D8D"/>
    <w:rsid w:val="00B030C7"/>
    <w:rsid w:val="00B04BF2"/>
    <w:rsid w:val="00B44D25"/>
    <w:rsid w:val="00B47730"/>
    <w:rsid w:val="00BB7BF7"/>
    <w:rsid w:val="00CB0664"/>
    <w:rsid w:val="00CB19FB"/>
    <w:rsid w:val="00CB20A9"/>
    <w:rsid w:val="00F25998"/>
    <w:rsid w:val="00FC693F"/>
    <w:rsid w:val="00FD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9392E"/>
  <w14:defaultImageDpi w14:val="300"/>
  <w15:docId w15:val="{EAF9E076-79D7-49A1-81F9-C5EB5890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kudret ercan</cp:lastModifiedBy>
  <cp:revision>19</cp:revision>
  <dcterms:created xsi:type="dcterms:W3CDTF">2026-06-22T11:40:00Z</dcterms:created>
  <dcterms:modified xsi:type="dcterms:W3CDTF">2026-06-23T06:25:00Z</dcterms:modified>
  <cp:category/>
</cp:coreProperties>
</file>