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4"/>
        <w:gridCol w:w="6690"/>
        <w:gridCol w:w="1814"/>
      </w:tblGrid>
      <w:tr w:rsidR="00484C20" w14:paraId="6D638623" w14:textId="77777777">
        <w:trPr>
          <w:jc w:val="center"/>
        </w:trPr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CF5453" w14:textId="2C99F623" w:rsidR="00484C20" w:rsidRDefault="00664DBA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8072E14" wp14:editId="2FBACEBD">
                  <wp:extent cx="1014730" cy="498475"/>
                  <wp:effectExtent l="0" t="0" r="0" b="0"/>
                  <wp:docPr id="1528764640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49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E2A18F" w14:textId="77777777" w:rsidR="00484C20" w:rsidRDefault="00000000">
            <w:pPr>
              <w:jc w:val="center"/>
            </w:pPr>
            <w:r>
              <w:rPr>
                <w:b/>
              </w:rPr>
              <w:t>T.C.</w:t>
            </w:r>
            <w:r>
              <w:rPr>
                <w:b/>
              </w:rPr>
              <w:br/>
            </w:r>
            <w:r>
              <w:rPr>
                <w:b/>
                <w:sz w:val="20"/>
              </w:rPr>
              <w:t>MUNZUR ÜNİVERSİTESİ REKTÖRLÜĞÜ</w:t>
            </w:r>
            <w:r>
              <w:rPr>
                <w:b/>
                <w:sz w:val="20"/>
              </w:rPr>
              <w:br/>
            </w:r>
            <w:r>
              <w:rPr>
                <w:b/>
              </w:rPr>
              <w:t>STRATEJİK HAMMADDELER VE İLERİ TEKNOLOJİ UYGULAMALARI</w:t>
            </w:r>
            <w:r>
              <w:rPr>
                <w:b/>
              </w:rPr>
              <w:br/>
              <w:t>İHTİSASLAŞMA KOORDİNATÖRLÜĞÜ</w:t>
            </w:r>
            <w:r>
              <w:rPr>
                <w:b/>
              </w:rPr>
              <w:br/>
            </w:r>
            <w:r>
              <w:rPr>
                <w:b/>
                <w:sz w:val="20"/>
              </w:rPr>
              <w:t>DESTEK PROGRAMI BAŞVURU BİLGİ FORMU</w:t>
            </w:r>
          </w:p>
        </w:tc>
        <w:tc>
          <w:tcPr>
            <w:tcW w:w="1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5CC7A2" w14:textId="53A145E3" w:rsidR="00484C20" w:rsidRDefault="00484C20">
            <w:pPr>
              <w:spacing w:after="0" w:line="240" w:lineRule="auto"/>
              <w:jc w:val="center"/>
            </w:pPr>
          </w:p>
        </w:tc>
      </w:tr>
    </w:tbl>
    <w:p w14:paraId="1E1DE953" w14:textId="77777777" w:rsidR="00484C20" w:rsidRDefault="00000000">
      <w:pPr>
        <w:spacing w:before="100" w:after="40" w:line="240" w:lineRule="auto"/>
        <w:jc w:val="both"/>
      </w:pPr>
      <w:r>
        <w:rPr>
          <w:b/>
        </w:rPr>
        <w:t xml:space="preserve">Açıklama: </w:t>
      </w:r>
      <w:r>
        <w:t>Bu form, BAP Otomasyon Sistemi üzerinden ön proje başvurusu yapıldıktan sonra, proje yürütücüsünün başvurusunu hangi Stratejik Hammaddeler İhtisaslaşma Destek Programı kapsamında yaptığını beyan etmesi amacıyla düzenlenmiştir. Formda yalnızca bir destek programı işaretlenmelidir.</w:t>
      </w:r>
    </w:p>
    <w:p w14:paraId="7C8CCB52" w14:textId="77777777" w:rsidR="00484C20" w:rsidRDefault="00000000">
      <w:pPr>
        <w:spacing w:before="100" w:after="40" w:line="240" w:lineRule="auto"/>
      </w:pPr>
      <w:r>
        <w:rPr>
          <w:b/>
          <w:sz w:val="20"/>
        </w:rPr>
        <w:t>A. PROJE BAŞVURU BİLGİLERİ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835"/>
      </w:tblGrid>
      <w:tr w:rsidR="00484C20" w14:paraId="026FF719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11581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b/>
                <w:sz w:val="17"/>
                <w:lang w:val="pt-BR"/>
              </w:rPr>
              <w:t>Proje Başvuru No / Sistem ID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2D47F" w14:textId="40B0504B" w:rsidR="00484C20" w:rsidRDefault="00000000">
            <w:pPr>
              <w:spacing w:after="0" w:line="240" w:lineRule="auto"/>
            </w:pPr>
            <w:r>
              <w:rPr>
                <w:sz w:val="17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EF5CA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Başvuru Tarihi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7FE34" w14:textId="77777777" w:rsidR="00484C20" w:rsidRDefault="00000000">
            <w:pPr>
              <w:spacing w:after="0" w:line="240" w:lineRule="auto"/>
            </w:pPr>
            <w:r>
              <w:rPr>
                <w:sz w:val="17"/>
              </w:rPr>
              <w:t>.... / .... / 2026</w:t>
            </w:r>
          </w:p>
        </w:tc>
      </w:tr>
      <w:tr w:rsidR="00484C20" w14:paraId="3DCDB41F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72445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Proje Yürütücüsü Ünvanı, Adı SOYADI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E728A9" w14:textId="7807074F" w:rsidR="00484C20" w:rsidRDefault="00484C2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FB1B7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Birim / Bölüm / ABD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1768C" w14:textId="70F81B16" w:rsidR="00484C20" w:rsidRDefault="00484C20">
            <w:pPr>
              <w:spacing w:after="0" w:line="240" w:lineRule="auto"/>
            </w:pPr>
          </w:p>
        </w:tc>
      </w:tr>
      <w:tr w:rsidR="00484C20" w14:paraId="2B0084F3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EC3F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Proje Türü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ADE57" w14:textId="77777777" w:rsidR="00484C20" w:rsidRDefault="00000000">
            <w:pPr>
              <w:spacing w:after="0" w:line="240" w:lineRule="auto"/>
            </w:pPr>
            <w:r>
              <w:rPr>
                <w:sz w:val="17"/>
              </w:rPr>
              <w:t>Bölgesel Kalkınma Odaklı Misyon Farklılaşması ve İhtisaslaşma Projesi</w:t>
            </w:r>
          </w:p>
        </w:tc>
      </w:tr>
      <w:tr w:rsidR="00484C20" w14:paraId="73A42EA8" w14:textId="77777777">
        <w:trPr>
          <w:trHeight w:val="567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933D8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Projenin Adı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6CFF1" w14:textId="7933FC79" w:rsidR="00484C20" w:rsidRDefault="00484C20">
            <w:pPr>
              <w:spacing w:after="0" w:line="240" w:lineRule="auto"/>
            </w:pPr>
          </w:p>
        </w:tc>
      </w:tr>
      <w:tr w:rsidR="00484C20" w14:paraId="3FCB2337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9EE8A0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Talep Edilen Toplam Bütçe (TL)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F3D3B" w14:textId="47052AFB" w:rsidR="00484C20" w:rsidRDefault="00484C2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ECEB0F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Önerilen Proje Süresi (Ay)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026435" w14:textId="6F3F7854" w:rsidR="00484C20" w:rsidRDefault="00484C20">
            <w:pPr>
              <w:spacing w:after="0" w:line="240" w:lineRule="auto"/>
            </w:pPr>
          </w:p>
        </w:tc>
      </w:tr>
      <w:tr w:rsidR="00484C20" w14:paraId="5F85BE13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2C646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Sanayi İş Birliği Kuruluşu (varsa)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D6EB4" w14:textId="3FDF05E2" w:rsidR="00484C20" w:rsidRDefault="00484C20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CD239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Lisansüstü Öğrenci Bilgisi (varsa)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399E97" w14:textId="69F175C2" w:rsidR="00484C20" w:rsidRDefault="00484C20">
            <w:pPr>
              <w:spacing w:after="0" w:line="240" w:lineRule="auto"/>
            </w:pPr>
          </w:p>
        </w:tc>
      </w:tr>
      <w:tr w:rsidR="00484C20" w14:paraId="6252F166" w14:textId="77777777">
        <w:trPr>
          <w:trHeight w:val="567"/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D9DA16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Proje Ekibi / Yardımcı Araştırmacılar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04925" w14:textId="5A6993EF" w:rsidR="00484C20" w:rsidRDefault="00484C20">
            <w:pPr>
              <w:spacing w:after="0" w:line="240" w:lineRule="auto"/>
            </w:pPr>
          </w:p>
        </w:tc>
      </w:tr>
      <w:tr w:rsidR="00484C20" w14:paraId="3B7DD245" w14:textId="77777777">
        <w:trPr>
          <w:jc w:val="center"/>
        </w:trPr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03B18B" w14:textId="77777777" w:rsidR="00484C20" w:rsidRDefault="00000000">
            <w:pPr>
              <w:spacing w:after="0" w:line="240" w:lineRule="auto"/>
            </w:pPr>
            <w:r>
              <w:rPr>
                <w:b/>
                <w:sz w:val="17"/>
              </w:rPr>
              <w:t>Başvurunun Yapıldığı Otomasyon Sekmesi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EF304" w14:textId="77777777" w:rsidR="00484C20" w:rsidRDefault="00000000">
            <w:pPr>
              <w:spacing w:after="0" w:line="240" w:lineRule="auto"/>
            </w:pPr>
            <w:r>
              <w:rPr>
                <w:sz w:val="17"/>
              </w:rPr>
              <w:t>Bölgesel Kalkınma Odaklı Misyon Farklılaşması ve İhtisaslaşma Projesi</w:t>
            </w:r>
          </w:p>
        </w:tc>
      </w:tr>
    </w:tbl>
    <w:p w14:paraId="64F87788" w14:textId="77777777" w:rsidR="00484C20" w:rsidRDefault="00000000">
      <w:pPr>
        <w:spacing w:before="100" w:after="40" w:line="240" w:lineRule="auto"/>
      </w:pPr>
      <w:r>
        <w:rPr>
          <w:b/>
          <w:sz w:val="20"/>
        </w:rPr>
        <w:t>B. BAŞVURULAN DESTEK PROGRAMI</w:t>
      </w:r>
    </w:p>
    <w:p w14:paraId="2B0E8DC6" w14:textId="77777777" w:rsidR="00484C20" w:rsidRDefault="00000000">
      <w:pPr>
        <w:spacing w:after="40" w:line="240" w:lineRule="auto"/>
      </w:pPr>
      <w:r>
        <w:rPr>
          <w:b/>
          <w:sz w:val="17"/>
        </w:rPr>
        <w:t xml:space="preserve">Not: </w:t>
      </w:r>
      <w:r>
        <w:rPr>
          <w:sz w:val="17"/>
        </w:rPr>
        <w:t>Aşağıdaki tabloda başvurunun yapıldığı destek programının yanındaki kutu işaretlenecektir. Üst destek limitleri ve süreler 2026 yılı çağrı metnine göre verilmiştir.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1"/>
        <w:gridCol w:w="1170"/>
        <w:gridCol w:w="3684"/>
        <w:gridCol w:w="1104"/>
        <w:gridCol w:w="828"/>
        <w:gridCol w:w="2447"/>
      </w:tblGrid>
      <w:tr w:rsidR="00484C20" w14:paraId="0E9DD552" w14:textId="77777777" w:rsidTr="005B030D">
        <w:trPr>
          <w:trHeight w:val="543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861B7F3" w14:textId="77777777" w:rsidR="00484C20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z w:val="16"/>
              </w:rPr>
              <w:t>Seçim</w:t>
            </w:r>
            <w:proofErr w:type="spellEnd"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7DAC903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Kod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F5E227F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95E5B00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Üst Limit (TL)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03D5C208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Azami Süre (Ay)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A8154C5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6"/>
              </w:rPr>
              <w:t>Başvuru Takvimi</w:t>
            </w:r>
          </w:p>
        </w:tc>
      </w:tr>
      <w:tr w:rsidR="00484C20" w14:paraId="028DEF66" w14:textId="77777777" w:rsidTr="005B030D">
        <w:trPr>
          <w:trHeight w:val="500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D76C4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921E17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İHT-A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90683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sz w:val="15"/>
                <w:lang w:val="pt-BR"/>
              </w:rPr>
              <w:t>İhtisaslaşma Bilimsel Araştırma ve Geliştirme Projeleri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9BA53C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1.000.000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EB9E0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36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DA05E" w14:textId="00C7AB15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 xml:space="preserve">10 </w:t>
            </w:r>
            <w:proofErr w:type="spellStart"/>
            <w:r>
              <w:rPr>
                <w:sz w:val="15"/>
              </w:rPr>
              <w:t>Temmuz</w:t>
            </w:r>
            <w:proofErr w:type="spellEnd"/>
            <w:r>
              <w:rPr>
                <w:sz w:val="15"/>
              </w:rPr>
              <w:t xml:space="preserve"> - 14 Eylül</w:t>
            </w:r>
            <w:r w:rsidR="005B030D">
              <w:rPr>
                <w:sz w:val="15"/>
              </w:rPr>
              <w:t xml:space="preserve"> 2026</w:t>
            </w:r>
          </w:p>
        </w:tc>
      </w:tr>
      <w:tr w:rsidR="00484C20" w14:paraId="514600E4" w14:textId="77777777" w:rsidTr="005B030D">
        <w:trPr>
          <w:trHeight w:val="326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25C6D7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49F515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İHT-B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C0257" w14:textId="77777777" w:rsidR="00484C20" w:rsidRDefault="00000000">
            <w:pPr>
              <w:spacing w:after="0" w:line="240" w:lineRule="auto"/>
            </w:pPr>
            <w:r>
              <w:rPr>
                <w:sz w:val="15"/>
              </w:rPr>
              <w:t>İhtisaslaşma Sanayi İş Birliği Projeleri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02AA08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750.000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1DA5B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24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2D304" w14:textId="2483CF43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 xml:space="preserve">10 </w:t>
            </w:r>
            <w:proofErr w:type="spellStart"/>
            <w:r>
              <w:rPr>
                <w:sz w:val="15"/>
              </w:rPr>
              <w:t>Temmuz</w:t>
            </w:r>
            <w:proofErr w:type="spellEnd"/>
            <w:r>
              <w:rPr>
                <w:sz w:val="15"/>
              </w:rPr>
              <w:t xml:space="preserve"> - 14 Eylül</w:t>
            </w:r>
            <w:r w:rsidR="005B030D">
              <w:rPr>
                <w:sz w:val="15"/>
              </w:rPr>
              <w:t xml:space="preserve"> 2026</w:t>
            </w:r>
          </w:p>
        </w:tc>
      </w:tr>
      <w:tr w:rsidR="00484C20" w14:paraId="704A4620" w14:textId="77777777" w:rsidTr="005B030D">
        <w:trPr>
          <w:trHeight w:val="500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D0CC3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F57D3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İHT-C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92255" w14:textId="77777777" w:rsidR="00484C20" w:rsidRDefault="00000000">
            <w:pPr>
              <w:spacing w:after="0" w:line="240" w:lineRule="auto"/>
            </w:pPr>
            <w:r>
              <w:rPr>
                <w:sz w:val="15"/>
              </w:rPr>
              <w:t>İhtisaslaşma Sosyal, Ekonomik ve Toplumsal Boyutlar Araştırma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6C0EA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400.000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23A708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24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B961A" w14:textId="011E6B75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 xml:space="preserve">10 </w:t>
            </w:r>
            <w:proofErr w:type="spellStart"/>
            <w:r>
              <w:rPr>
                <w:sz w:val="15"/>
              </w:rPr>
              <w:t>Temmuz</w:t>
            </w:r>
            <w:proofErr w:type="spellEnd"/>
            <w:r>
              <w:rPr>
                <w:sz w:val="15"/>
              </w:rPr>
              <w:t xml:space="preserve"> - 14 Eylül</w:t>
            </w:r>
            <w:r w:rsidR="005B030D">
              <w:rPr>
                <w:sz w:val="15"/>
              </w:rPr>
              <w:t xml:space="preserve"> 2026</w:t>
            </w:r>
          </w:p>
        </w:tc>
      </w:tr>
      <w:tr w:rsidR="00484C20" w14:paraId="31C64AC0" w14:textId="77777777" w:rsidTr="005B030D">
        <w:trPr>
          <w:trHeight w:val="326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11C01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C3F3C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İHT-D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2B7C9" w14:textId="77777777" w:rsidR="00484C20" w:rsidRDefault="00000000">
            <w:pPr>
              <w:spacing w:after="0" w:line="240" w:lineRule="auto"/>
            </w:pPr>
            <w:r>
              <w:rPr>
                <w:sz w:val="15"/>
              </w:rPr>
              <w:t>İhtisaslaşma Eğitim ve Uzmanlık Geliştirme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195CD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300.000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0CB602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6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AF5115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Yıl boyunca</w:t>
            </w:r>
          </w:p>
        </w:tc>
      </w:tr>
      <w:tr w:rsidR="00484C20" w14:paraId="2D2223DB" w14:textId="77777777" w:rsidTr="005B030D">
        <w:trPr>
          <w:trHeight w:val="346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2E8377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762C4B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İHT-E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E1EB4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sz w:val="15"/>
                <w:lang w:val="pt-BR"/>
              </w:rPr>
              <w:t>İhtisaslaşma Hızlı Destek Projeleri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3C909D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300.000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4E434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35A75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Yıl boyunca</w:t>
            </w:r>
          </w:p>
        </w:tc>
      </w:tr>
      <w:tr w:rsidR="00484C20" w14:paraId="0AFC3AEB" w14:textId="77777777" w:rsidTr="005B030D">
        <w:trPr>
          <w:trHeight w:val="326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C64AE0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31D55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İHT-F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93B4A" w14:textId="77777777" w:rsidR="00484C20" w:rsidRDefault="00000000">
            <w:pPr>
              <w:spacing w:after="0" w:line="240" w:lineRule="auto"/>
            </w:pPr>
            <w:r>
              <w:rPr>
                <w:sz w:val="15"/>
              </w:rPr>
              <w:t>İhtisaslaşma Kültür, Sanat ve Tanıtım Projeleri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47801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300.000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C63FA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44EB4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Yıl boyunca</w:t>
            </w:r>
          </w:p>
        </w:tc>
      </w:tr>
      <w:tr w:rsidR="00484C20" w14:paraId="5451EDEA" w14:textId="77777777" w:rsidTr="005B030D">
        <w:trPr>
          <w:trHeight w:val="326"/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CEF97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20"/>
              </w:rPr>
              <w:t>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01965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5"/>
              </w:rPr>
              <w:t>İHT-G</w:t>
            </w:r>
          </w:p>
        </w:tc>
        <w:tc>
          <w:tcPr>
            <w:tcW w:w="3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B119B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sz w:val="15"/>
                <w:lang w:val="pt-BR"/>
              </w:rPr>
              <w:t>İhtisaslaşma Lisansüstü Öğrenci Projeleri Destek Programı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F3FF2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50.000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75228B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12</w:t>
            </w:r>
          </w:p>
        </w:tc>
        <w:tc>
          <w:tcPr>
            <w:tcW w:w="2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BB239D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5"/>
              </w:rPr>
              <w:t>Yıl boyunca</w:t>
            </w:r>
          </w:p>
        </w:tc>
      </w:tr>
      <w:tr w:rsidR="005B030D" w14:paraId="717233C5" w14:textId="77777777" w:rsidTr="00B76D6D">
        <w:trPr>
          <w:trHeight w:val="282"/>
          <w:jc w:val="center"/>
        </w:trPr>
        <w:tc>
          <w:tcPr>
            <w:tcW w:w="2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10678" w14:textId="77777777" w:rsidR="005B030D" w:rsidRDefault="005B030D">
            <w:pPr>
              <w:spacing w:after="0" w:line="240" w:lineRule="auto"/>
            </w:pPr>
            <w:proofErr w:type="spellStart"/>
            <w:r>
              <w:rPr>
                <w:b/>
                <w:sz w:val="17"/>
              </w:rPr>
              <w:t>Seçilen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Destek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Programı</w:t>
            </w:r>
            <w:proofErr w:type="spellEnd"/>
            <w:r>
              <w:rPr>
                <w:b/>
                <w:sz w:val="17"/>
              </w:rPr>
              <w:t xml:space="preserve"> Kodu</w:t>
            </w:r>
          </w:p>
        </w:tc>
        <w:tc>
          <w:tcPr>
            <w:tcW w:w="80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1DCDEF" w14:textId="3D46395C" w:rsidR="005B030D" w:rsidRDefault="005B030D">
            <w:pPr>
              <w:spacing w:after="0" w:line="240" w:lineRule="auto"/>
            </w:pPr>
            <w:r>
              <w:rPr>
                <w:sz w:val="17"/>
              </w:rPr>
              <w:t>İHT-......</w:t>
            </w:r>
          </w:p>
        </w:tc>
      </w:tr>
      <w:tr w:rsidR="00484C20" w14:paraId="37C5BDA9" w14:textId="77777777" w:rsidTr="005B030D">
        <w:trPr>
          <w:trHeight w:val="914"/>
          <w:jc w:val="center"/>
        </w:trPr>
        <w:tc>
          <w:tcPr>
            <w:tcW w:w="1013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906C6" w14:textId="77777777" w:rsidR="00484C20" w:rsidRDefault="00000000">
            <w:pPr>
              <w:jc w:val="both"/>
            </w:pPr>
            <w:r>
              <w:rPr>
                <w:b/>
                <w:sz w:val="16"/>
              </w:rPr>
              <w:t xml:space="preserve">İHT-B </w:t>
            </w:r>
            <w:proofErr w:type="spellStart"/>
            <w:r>
              <w:rPr>
                <w:b/>
                <w:sz w:val="16"/>
              </w:rPr>
              <w:t>özel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notu</w:t>
            </w:r>
            <w:proofErr w:type="spellEnd"/>
            <w:r>
              <w:rPr>
                <w:b/>
                <w:sz w:val="16"/>
              </w:rPr>
              <w:t xml:space="preserve">: </w:t>
            </w:r>
            <w:r>
              <w:rPr>
                <w:sz w:val="16"/>
              </w:rPr>
              <w:t>Sanayi İş Birliği Projeleri kapsamında müştereken verilen toplam proje bütçesinin en az %25’i iş birliği yapılan kurum/kuruluş tarafından ayni ve/veya nakdi olarak karşılanmalıdır.</w:t>
            </w:r>
          </w:p>
        </w:tc>
      </w:tr>
    </w:tbl>
    <w:p w14:paraId="3809CD2B" w14:textId="77777777" w:rsidR="00484C20" w:rsidRDefault="00000000">
      <w:pPr>
        <w:spacing w:after="0" w:line="240" w:lineRule="auto"/>
      </w:pPr>
      <w:r>
        <w:br w:type="page"/>
      </w:r>
    </w:p>
    <w:p w14:paraId="6B10BD1D" w14:textId="77777777" w:rsidR="00484C20" w:rsidRDefault="00000000">
      <w:pPr>
        <w:spacing w:before="100" w:after="40" w:line="240" w:lineRule="auto"/>
      </w:pPr>
      <w:r>
        <w:rPr>
          <w:b/>
          <w:sz w:val="20"/>
        </w:rPr>
        <w:lastRenderedPageBreak/>
        <w:t>C. BEYAN VE UYGUNLUK KONTROLÜ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7144"/>
        <w:gridCol w:w="2381"/>
      </w:tblGrid>
      <w:tr w:rsidR="00484C20" w14:paraId="18409AD2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C340136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No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721F623C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Kontrol / Beyan Maddesi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39088E1C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Durum</w:t>
            </w:r>
          </w:p>
        </w:tc>
      </w:tr>
      <w:tr w:rsidR="00484C20" w14:paraId="7BD71039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802B2E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0542BA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sz w:val="16"/>
                <w:lang w:val="pt-BR"/>
              </w:rPr>
              <w:t>Başvuru formunda yalnızca bir destek programı seçilmiştir.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DDAA32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 xml:space="preserve">□ Evet   □ </w:t>
            </w:r>
            <w:proofErr w:type="spellStart"/>
            <w:r>
              <w:rPr>
                <w:sz w:val="16"/>
              </w:rPr>
              <w:t>Hayır</w:t>
            </w:r>
            <w:proofErr w:type="spellEnd"/>
          </w:p>
        </w:tc>
      </w:tr>
      <w:tr w:rsidR="00484C20" w14:paraId="5C3C22BE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64AF4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C62A04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Talep edilen bütçe, seçilen destek programının üst destek limitini aşmamaktadır.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697D9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□ Evet   □ Hayır</w:t>
            </w:r>
          </w:p>
        </w:tc>
      </w:tr>
      <w:tr w:rsidR="00484C20" w14:paraId="67F22934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0DB4BC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B3E61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Önerilen proje süresi, seçilen destek programının azami süresi ile uyumludur.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4DDE9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□ Evet   □ Hayır</w:t>
            </w:r>
          </w:p>
        </w:tc>
      </w:tr>
      <w:tr w:rsidR="00484C20" w14:paraId="02557B77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23AFDE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4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EBAC8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Başvuru, seçilen destek programının takvimine uygun olarak yapılmıştır.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F04A0C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□ Evet   □ Hayır</w:t>
            </w:r>
          </w:p>
        </w:tc>
      </w:tr>
      <w:tr w:rsidR="00484C20" w14:paraId="767878E6" w14:textId="77777777">
        <w:trPr>
          <w:jc w:val="center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E3430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5</w:t>
            </w:r>
          </w:p>
        </w:tc>
        <w:tc>
          <w:tcPr>
            <w:tcW w:w="7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D4D282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İHT-B seçilmiş ise iş birliği yapılan kurum/kuruluş katkı bilgisi ayrıca sunulmuştur.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C9121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□ Uygun   □ Uygun Değil   □ İlgili Değil</w:t>
            </w:r>
          </w:p>
        </w:tc>
      </w:tr>
    </w:tbl>
    <w:p w14:paraId="06C30E90" w14:textId="77777777" w:rsidR="00484C20" w:rsidRPr="005B030D" w:rsidRDefault="00000000">
      <w:pPr>
        <w:spacing w:before="100" w:after="40" w:line="240" w:lineRule="auto"/>
        <w:rPr>
          <w:lang w:val="pt-BR"/>
        </w:rPr>
      </w:pPr>
      <w:r w:rsidRPr="005B030D">
        <w:rPr>
          <w:b/>
          <w:sz w:val="20"/>
          <w:lang w:val="pt-BR"/>
        </w:rPr>
        <w:t>D. PROGRAM SEÇİMİNE İLİŞKİN KISA GEREKÇE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8"/>
      </w:tblGrid>
      <w:tr w:rsidR="00484C20" w:rsidRPr="005B030D" w14:paraId="4EF867D0" w14:textId="77777777">
        <w:trPr>
          <w:jc w:val="center"/>
        </w:trPr>
        <w:tc>
          <w:tcPr>
            <w:tcW w:w="10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12594C" w14:textId="77777777" w:rsidR="00484C20" w:rsidRPr="005B030D" w:rsidRDefault="00000000">
            <w:pPr>
              <w:spacing w:after="0" w:line="240" w:lineRule="auto"/>
              <w:rPr>
                <w:lang w:val="pt-BR"/>
              </w:rPr>
            </w:pPr>
            <w:r w:rsidRPr="005B030D">
              <w:rPr>
                <w:sz w:val="17"/>
                <w:lang w:val="pt-BR"/>
              </w:rPr>
              <w:t>Seçilen destek programının proje amacı, kapsamı ve beklenen çıktılarla ilişkisi kısaca açıklanacaktır.</w:t>
            </w:r>
            <w:r w:rsidRPr="005B030D">
              <w:rPr>
                <w:sz w:val="17"/>
                <w:lang w:val="pt-BR"/>
              </w:rPr>
              <w:br/>
            </w:r>
            <w:r w:rsidRPr="005B030D">
              <w:rPr>
                <w:sz w:val="17"/>
                <w:lang w:val="pt-BR"/>
              </w:rPr>
              <w:br/>
              <w:t>........................................................................................................................................................................................................</w:t>
            </w:r>
            <w:r w:rsidRPr="005B030D">
              <w:rPr>
                <w:sz w:val="17"/>
                <w:lang w:val="pt-BR"/>
              </w:rPr>
              <w:br/>
            </w:r>
            <w:r w:rsidRPr="005B030D">
              <w:rPr>
                <w:sz w:val="17"/>
                <w:lang w:val="pt-BR"/>
              </w:rPr>
              <w:br/>
              <w:t>........................................................................................................................................................................................................</w:t>
            </w:r>
            <w:r w:rsidRPr="005B030D">
              <w:rPr>
                <w:sz w:val="17"/>
                <w:lang w:val="pt-BR"/>
              </w:rPr>
              <w:br/>
            </w:r>
            <w:r w:rsidRPr="005B030D">
              <w:rPr>
                <w:sz w:val="17"/>
                <w:lang w:val="pt-BR"/>
              </w:rPr>
              <w:br/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AB3810A" w14:textId="77777777" w:rsidR="00484C20" w:rsidRDefault="00000000">
      <w:pPr>
        <w:spacing w:before="100" w:after="40" w:line="240" w:lineRule="auto"/>
      </w:pPr>
      <w:r>
        <w:rPr>
          <w:b/>
          <w:sz w:val="20"/>
        </w:rPr>
        <w:t>E. KOORDİNATÖRLÜK ÖN KONTROL NOTU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835"/>
        <w:gridCol w:w="2381"/>
        <w:gridCol w:w="2608"/>
      </w:tblGrid>
      <w:tr w:rsidR="00484C20" w14:paraId="01B6AD98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A1461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Program seçimi uygundur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9CAC79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□ Evet   □ Hayır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9172A1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Bütçe/süre uygundur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747B4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□ Evet   □ Hayır</w:t>
            </w:r>
          </w:p>
        </w:tc>
      </w:tr>
      <w:tr w:rsidR="00484C20" w14:paraId="4F0E55E1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E5498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Eksik bilgi/belge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023CA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□ Yok   □ Var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9BB52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Açıklama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3428CF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..........................................</w:t>
            </w:r>
          </w:p>
        </w:tc>
      </w:tr>
      <w:tr w:rsidR="00484C20" w14:paraId="70B1B78E" w14:textId="77777777">
        <w:trPr>
          <w:jc w:val="center"/>
        </w:trPr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179EB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Başvuru ön inceleme sonucu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F1CC3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□ Değerlendirmeye alınabilir   □ Düzeltilmeli</w:t>
            </w:r>
          </w:p>
        </w:tc>
        <w:tc>
          <w:tcPr>
            <w:tcW w:w="2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F505D" w14:textId="77777777" w:rsidR="00484C20" w:rsidRDefault="00000000">
            <w:pPr>
              <w:spacing w:after="0" w:line="240" w:lineRule="auto"/>
            </w:pPr>
            <w:r>
              <w:rPr>
                <w:b/>
                <w:sz w:val="16"/>
              </w:rPr>
              <w:t>Kontrol tarihi</w:t>
            </w:r>
          </w:p>
        </w:tc>
        <w:tc>
          <w:tcPr>
            <w:tcW w:w="2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EACC6F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.... / .... / 2026</w:t>
            </w:r>
          </w:p>
        </w:tc>
      </w:tr>
    </w:tbl>
    <w:p w14:paraId="6CDBBEBD" w14:textId="77777777" w:rsidR="00484C20" w:rsidRDefault="00000000">
      <w:pPr>
        <w:spacing w:before="100" w:after="40" w:line="240" w:lineRule="auto"/>
      </w:pPr>
      <w:r>
        <w:rPr>
          <w:b/>
          <w:sz w:val="20"/>
        </w:rPr>
        <w:t>F. İMZA / ONAY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5"/>
        <w:gridCol w:w="3175"/>
        <w:gridCol w:w="1927"/>
        <w:gridCol w:w="1927"/>
      </w:tblGrid>
      <w:tr w:rsidR="00484C20" w14:paraId="7B82ACA2" w14:textId="77777777">
        <w:trPr>
          <w:jc w:val="center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4531581D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Görev / Sıfat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110E2954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Unvan, Ad Soyad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6754385B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Tarih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vAlign w:val="center"/>
          </w:tcPr>
          <w:p w14:paraId="2502E7C8" w14:textId="77777777" w:rsidR="00484C20" w:rsidRDefault="00000000">
            <w:pPr>
              <w:spacing w:after="0" w:line="240" w:lineRule="auto"/>
              <w:jc w:val="center"/>
            </w:pPr>
            <w:r>
              <w:rPr>
                <w:b/>
                <w:sz w:val="17"/>
              </w:rPr>
              <w:t>İmza</w:t>
            </w:r>
          </w:p>
        </w:tc>
      </w:tr>
      <w:tr w:rsidR="00484C20" w14:paraId="254C29D6" w14:textId="77777777">
        <w:trPr>
          <w:trHeight w:val="652"/>
          <w:jc w:val="center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5BFE8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Proje Yürütücüsü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00744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................................................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38955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.... / .... / 2026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83C41" w14:textId="77777777" w:rsidR="00484C20" w:rsidRDefault="00484C20">
            <w:pPr>
              <w:spacing w:after="0" w:line="240" w:lineRule="auto"/>
              <w:jc w:val="center"/>
            </w:pPr>
          </w:p>
        </w:tc>
      </w:tr>
      <w:tr w:rsidR="00484C20" w14:paraId="7290D47B" w14:textId="77777777">
        <w:trPr>
          <w:trHeight w:val="652"/>
          <w:jc w:val="center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DAE43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Birim Yetkilisi</w:t>
            </w:r>
            <w:r>
              <w:rPr>
                <w:sz w:val="16"/>
              </w:rPr>
              <w:br/>
              <w:t>(Bölüm Başkanı / ABD Başkanı)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34809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................................................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2F594F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.... / .... / 2026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8215F3" w14:textId="77777777" w:rsidR="00484C20" w:rsidRDefault="00484C20">
            <w:pPr>
              <w:spacing w:after="0" w:line="240" w:lineRule="auto"/>
              <w:jc w:val="center"/>
            </w:pPr>
          </w:p>
        </w:tc>
      </w:tr>
      <w:tr w:rsidR="00484C20" w14:paraId="6578148C" w14:textId="77777777">
        <w:trPr>
          <w:trHeight w:val="652"/>
          <w:jc w:val="center"/>
        </w:trPr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345E48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İhtisaslaşma Koordinatörlüğü</w:t>
            </w:r>
            <w:r>
              <w:rPr>
                <w:sz w:val="16"/>
              </w:rPr>
              <w:br/>
              <w:t>Teslim Alan / Kontrol Eden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1C3B4" w14:textId="77777777" w:rsidR="00484C20" w:rsidRDefault="00000000">
            <w:pPr>
              <w:spacing w:after="0" w:line="240" w:lineRule="auto"/>
            </w:pPr>
            <w:r>
              <w:rPr>
                <w:sz w:val="16"/>
              </w:rPr>
              <w:t>................................................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D982C" w14:textId="77777777" w:rsidR="00484C20" w:rsidRDefault="00000000">
            <w:pPr>
              <w:spacing w:after="0" w:line="240" w:lineRule="auto"/>
              <w:jc w:val="center"/>
            </w:pPr>
            <w:r>
              <w:rPr>
                <w:sz w:val="16"/>
              </w:rPr>
              <w:t>.... / .... / 2026</w:t>
            </w:r>
          </w:p>
        </w:tc>
        <w:tc>
          <w:tcPr>
            <w:tcW w:w="1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3AA46" w14:textId="77777777" w:rsidR="00484C20" w:rsidRDefault="00484C20">
            <w:pPr>
              <w:spacing w:after="0" w:line="240" w:lineRule="auto"/>
              <w:jc w:val="center"/>
            </w:pPr>
          </w:p>
        </w:tc>
      </w:tr>
    </w:tbl>
    <w:p w14:paraId="4AB925E3" w14:textId="77777777" w:rsidR="00484C20" w:rsidRDefault="00000000">
      <w:pPr>
        <w:spacing w:before="80" w:after="0" w:line="240" w:lineRule="auto"/>
        <w:jc w:val="both"/>
      </w:pPr>
      <w:r>
        <w:rPr>
          <w:b/>
          <w:sz w:val="16"/>
        </w:rPr>
        <w:t xml:space="preserve">Teslim Notu: </w:t>
      </w:r>
      <w:r>
        <w:rPr>
          <w:sz w:val="16"/>
        </w:rPr>
        <w:t>Bu form, ön proje başvurusu tamamlandıktan sonra diğer başvuru belgeleri ile birlikte Stratejik Hammaddeler ve İleri Teknoloji Uygulamaları İhtisaslaşma Koordinatörlüğüne sunulur.</w:t>
      </w:r>
    </w:p>
    <w:sectPr w:rsidR="00484C20" w:rsidSect="005B030D">
      <w:footerReference w:type="default" r:id="rId9"/>
      <w:pgSz w:w="11906" w:h="16838"/>
      <w:pgMar w:top="737" w:right="794" w:bottom="73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472E9" w14:textId="77777777" w:rsidR="00204C8B" w:rsidRDefault="00204C8B">
      <w:pPr>
        <w:spacing w:after="0" w:line="240" w:lineRule="auto"/>
      </w:pPr>
      <w:r>
        <w:separator/>
      </w:r>
    </w:p>
  </w:endnote>
  <w:endnote w:type="continuationSeparator" w:id="0">
    <w:p w14:paraId="49F853B9" w14:textId="77777777" w:rsidR="00204C8B" w:rsidRDefault="00204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AD38B" w14:textId="77777777" w:rsidR="00484C20" w:rsidRDefault="00000000">
    <w:pPr>
      <w:pStyle w:val="AltBilgi"/>
      <w:jc w:val="center"/>
    </w:pPr>
    <w:proofErr w:type="spellStart"/>
    <w:r>
      <w:rPr>
        <w:color w:val="666666"/>
        <w:sz w:val="16"/>
      </w:rPr>
      <w:t>Stratejik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Hammaddeler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İhtisaslaşma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Destek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Programı</w:t>
    </w:r>
    <w:proofErr w:type="spellEnd"/>
    <w:r>
      <w:rPr>
        <w:color w:val="666666"/>
        <w:sz w:val="16"/>
      </w:rPr>
      <w:t xml:space="preserve"> </w:t>
    </w:r>
    <w:proofErr w:type="spellStart"/>
    <w:r>
      <w:rPr>
        <w:color w:val="666666"/>
        <w:sz w:val="16"/>
      </w:rPr>
      <w:t>Başvuru</w:t>
    </w:r>
    <w:proofErr w:type="spellEnd"/>
    <w:r>
      <w:rPr>
        <w:color w:val="666666"/>
        <w:sz w:val="16"/>
      </w:rPr>
      <w:t xml:space="preserve"> Bilgi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C44F1" w14:textId="77777777" w:rsidR="00204C8B" w:rsidRDefault="00204C8B">
      <w:pPr>
        <w:spacing w:after="0" w:line="240" w:lineRule="auto"/>
      </w:pPr>
      <w:r>
        <w:separator/>
      </w:r>
    </w:p>
  </w:footnote>
  <w:footnote w:type="continuationSeparator" w:id="0">
    <w:p w14:paraId="5F5AD840" w14:textId="77777777" w:rsidR="00204C8B" w:rsidRDefault="00204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337441">
    <w:abstractNumId w:val="8"/>
  </w:num>
  <w:num w:numId="2" w16cid:durableId="112095417">
    <w:abstractNumId w:val="6"/>
  </w:num>
  <w:num w:numId="3" w16cid:durableId="384648348">
    <w:abstractNumId w:val="5"/>
  </w:num>
  <w:num w:numId="4" w16cid:durableId="638918233">
    <w:abstractNumId w:val="4"/>
  </w:num>
  <w:num w:numId="5" w16cid:durableId="1265765616">
    <w:abstractNumId w:val="7"/>
  </w:num>
  <w:num w:numId="6" w16cid:durableId="520945766">
    <w:abstractNumId w:val="3"/>
  </w:num>
  <w:num w:numId="7" w16cid:durableId="895824920">
    <w:abstractNumId w:val="2"/>
  </w:num>
  <w:num w:numId="8" w16cid:durableId="1990555282">
    <w:abstractNumId w:val="1"/>
  </w:num>
  <w:num w:numId="9" w16cid:durableId="364137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4C8B"/>
    <w:rsid w:val="0029639D"/>
    <w:rsid w:val="00326F90"/>
    <w:rsid w:val="00484C20"/>
    <w:rsid w:val="005B030D"/>
    <w:rsid w:val="00664DBA"/>
    <w:rsid w:val="00AA1D8D"/>
    <w:rsid w:val="00B47730"/>
    <w:rsid w:val="00CB0664"/>
    <w:rsid w:val="00ED08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C8A3E6"/>
  <w14:defaultImageDpi w14:val="300"/>
  <w15:docId w15:val="{56403E35-FBE7-4571-B55F-72FDF007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KORUNUR</cp:lastModifiedBy>
  <cp:revision>2</cp:revision>
  <dcterms:created xsi:type="dcterms:W3CDTF">2013-12-23T23:15:00Z</dcterms:created>
  <dcterms:modified xsi:type="dcterms:W3CDTF">2026-07-03T10:50:00Z</dcterms:modified>
  <cp:category/>
</cp:coreProperties>
</file>